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MONTÁŽNY LIST</w:t>
      </w:r>
    </w:p>
    <w:p>
      <w:r>
        <w:rPr>
          <w:color w:val="5D6B77"/>
        </w:rPr>
        <w:t>záznam o montáži a uvedení do prevádzky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montážneho listu: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montáže: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Zákazka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Meno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 montáže: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Kontaktná osoba: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MONTÁŽNA FIRMA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Montážnik(ci):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NAMONTOVANÉ ZARIADENIE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1837"/>
        <w:gridCol w:w="2449"/>
        <w:gridCol w:w="816"/>
        <w:gridCol w:w="1020"/>
      </w:tblGrid>
      <w:tr>
        <w:tc>
          <w:tcPr>
            <w:tcW w:type="dxa" w:w="408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Zariadenie / typ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Výrobca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Výrobné číslo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Ks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Umiestnenie</w:t>
            </w:r>
          </w:p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ROZSAH MONTÁŽE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POUŽITÝ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715"/>
        <w:gridCol w:w="1020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71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Názov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KONTROLY A NASTAVENIE</w:t>
      </w:r>
    </w:p>
    <w:p>
      <w:pPr>
        <w:spacing w:after="20"/>
      </w:pPr>
      <w:r>
        <w:rPr>
          <w:sz w:val="22"/>
        </w:rPr>
        <w:t xml:space="preserve">☐  </w:t>
      </w:r>
      <w:r>
        <w:t>Funkčná skúška vykonaná</w:t>
      </w:r>
    </w:p>
    <w:p>
      <w:pPr>
        <w:spacing w:after="20"/>
      </w:pPr>
      <w:r>
        <w:rPr>
          <w:sz w:val="22"/>
        </w:rPr>
        <w:t xml:space="preserve">☐  </w:t>
      </w:r>
      <w:r>
        <w:t>Zariadenie nastavené a uvedené do prevádzky</w:t>
      </w:r>
    </w:p>
    <w:p>
      <w:pPr>
        <w:spacing w:after="20"/>
      </w:pPr>
      <w:r>
        <w:rPr>
          <w:sz w:val="22"/>
        </w:rPr>
        <w:t xml:space="preserve">☐  </w:t>
      </w:r>
      <w:r>
        <w:t>Zákazník zaškolený v obsluhe</w:t>
      </w:r>
    </w:p>
    <w:p>
      <w:pPr>
        <w:spacing w:after="20"/>
      </w:pPr>
      <w:r>
        <w:rPr>
          <w:sz w:val="22"/>
        </w:rPr>
        <w:t xml:space="preserve">☐  </w:t>
      </w:r>
      <w:r>
        <w:t>Odovzdaný návod a záručný list</w:t>
      </w:r>
    </w:p>
    <w:p>
      <w:pPr>
        <w:spacing w:after="20"/>
      </w:pPr>
      <w:r>
        <w:rPr>
          <w:sz w:val="22"/>
        </w:rPr>
        <w:t xml:space="preserve">☐  </w:t>
      </w:r>
      <w:r>
        <w:t>Fotodokumentácia vyhotovená, počet fotiek: 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Namerané hodnoty / nastavenie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/ doprava (km)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POZNÁMKY A NEDOROBKY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Montážnik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(meno, podpis) - potvrdzuje prevzatie montáže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