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SERVISNÝ PROTOKOL</w:t>
      </w:r>
    </w:p>
    <w:p>
      <w:r>
        <w:rPr>
          <w:color w:val="5D6B77"/>
        </w:rPr>
        <w:t>záznam o servisnom zásahu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protokolu: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 zásahu: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Príchod - odchod (čas):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ZÁKAZNÍK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Meno /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Adresa zásahu: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Kontaktná osoba: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Telefón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ZARIADENIE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Typ zariadenia: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Výrobca / model: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Výrobné číslo: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Umiestnenie: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before="160" w:after="60"/>
      </w:pPr>
      <w:r>
        <w:rPr>
          <w:b/>
          <w:color w:val="1B2732"/>
          <w:sz w:val="20"/>
        </w:rPr>
        <w:t>1. TYP ZÁSAHU</w:t>
      </w:r>
    </w:p>
    <w:p>
      <w:pPr>
        <w:spacing w:after="20"/>
      </w:pPr>
      <w:r>
        <w:rPr>
          <w:sz w:val="22"/>
        </w:rPr>
        <w:t xml:space="preserve">☐  </w:t>
      </w:r>
      <w:r>
        <w:t>Pravidelný servis</w:t>
      </w:r>
    </w:p>
    <w:p>
      <w:pPr>
        <w:spacing w:after="20"/>
      </w:pPr>
      <w:r>
        <w:rPr>
          <w:sz w:val="22"/>
        </w:rPr>
        <w:t xml:space="preserve">☐  </w:t>
      </w:r>
      <w:r>
        <w:t>Porucha / oprava</w:t>
      </w:r>
    </w:p>
    <w:p>
      <w:pPr>
        <w:spacing w:after="20"/>
      </w:pPr>
      <w:r>
        <w:rPr>
          <w:sz w:val="22"/>
        </w:rPr>
        <w:t xml:space="preserve">☐  </w:t>
      </w:r>
      <w:r>
        <w:t>Reklamácia</w:t>
      </w:r>
    </w:p>
    <w:p>
      <w:pPr>
        <w:spacing w:after="20"/>
      </w:pPr>
      <w:r>
        <w:rPr>
          <w:sz w:val="22"/>
        </w:rPr>
        <w:t xml:space="preserve">☐  </w:t>
      </w:r>
      <w:r>
        <w:t>Inštalácia / uvedenie do prevádzky</w:t>
      </w:r>
    </w:p>
    <w:p>
      <w:pPr>
        <w:spacing w:after="20"/>
      </w:pPr>
      <w:r>
        <w:rPr>
          <w:sz w:val="22"/>
        </w:rPr>
        <w:t xml:space="preserve">☐  </w:t>
      </w:r>
      <w:r>
        <w:t>Revízia / kontrola</w:t>
      </w:r>
    </w:p>
    <w:p>
      <w:pPr>
        <w:spacing w:before="160" w:after="60"/>
      </w:pPr>
      <w:r>
        <w:rPr>
          <w:b/>
          <w:color w:val="1B2732"/>
          <w:sz w:val="20"/>
        </w:rPr>
        <w:t>2. NAHLÁSENÁ PORUCHA / POŽIADAVKA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3. ZISTENÝ STAV PRED ZÁSAHOM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4. VYKONANÉ ÚKONY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5. POUŽITÝ MATERIÁL A NÁHRADNÉ DIELY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511"/>
        <w:gridCol w:w="1020"/>
        <w:gridCol w:w="1224"/>
        <w:gridCol w:w="1837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51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Názov / kód</w:t>
            </w:r>
          </w:p>
        </w:tc>
        <w:tc>
          <w:tcPr>
            <w:tcW w:type="dxa" w:w="102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MJ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Množstvo</w:t>
            </w:r>
          </w:p>
        </w:tc>
        <w:tc>
          <w:tcPr>
            <w:tcW w:type="dxa" w:w="1837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837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837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837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837"/>
          </w:tcPr>
          <w:p/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Odpracované hodiny / počet technikov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Doprava (km)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6. STAV PO ZÁSAHU</w:t>
      </w:r>
    </w:p>
    <w:p>
      <w:pPr>
        <w:spacing w:after="20"/>
      </w:pPr>
      <w:r>
        <w:rPr>
          <w:sz w:val="22"/>
        </w:rPr>
        <w:t xml:space="preserve">☐  </w:t>
      </w:r>
      <w:r>
        <w:t>Zariadenie je funkčné</w:t>
      </w:r>
    </w:p>
    <w:p>
      <w:pPr>
        <w:spacing w:after="20"/>
      </w:pPr>
      <w:r>
        <w:rPr>
          <w:sz w:val="22"/>
        </w:rPr>
        <w:t xml:space="preserve">☐  </w:t>
      </w:r>
      <w:r>
        <w:t>Zariadenie je čiastočne funkčné</w:t>
      </w:r>
    </w:p>
    <w:p>
      <w:pPr>
        <w:spacing w:after="20"/>
      </w:pPr>
      <w:r>
        <w:rPr>
          <w:sz w:val="22"/>
        </w:rPr>
        <w:t xml:space="preserve">☐  </w:t>
      </w:r>
      <w:r>
        <w:t>Zariadenie je nefunkčné, potrebný ďalší zásah</w:t>
      </w:r>
    </w:p>
    <w:p>
      <w:pPr>
        <w:spacing w:after="20"/>
      </w:pPr>
      <w:r>
        <w:rPr>
          <w:sz w:val="22"/>
        </w:rPr>
        <w:t xml:space="preserve">☐  </w:t>
      </w:r>
      <w:r>
        <w:t>Fotodokumentácia vyhotovená, počet fotiek: ......</w:t>
      </w:r>
    </w:p>
    <w:p>
      <w:pPr>
        <w:spacing w:before="160" w:after="60"/>
      </w:pPr>
      <w:r>
        <w:rPr>
          <w:b/>
          <w:color w:val="1B2732"/>
          <w:sz w:val="20"/>
        </w:rPr>
        <w:t>7. ODPORÚČANIA PRE ZÁKAZNÍKA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Technik (meno,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Zákazník (meno, podpis) - potvrdzuje vykonanie prác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