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STAVEBNÝ DENNÍK</w:t>
      </w:r>
    </w:p>
    <w:p>
      <w:r>
        <w:rPr>
          <w:color w:val="5D6B77"/>
        </w:rPr>
        <w:t>denný záznam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Stavba: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Strana č.: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POČASIE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Ráno (teplota, stav):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Poludnie: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Večer: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PRACOVNÁ DOBA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Začiatok prác: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Koniec prác: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Prerušenie (dôvod):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PRACOVNÍCI NA STAVBE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1224"/>
        <w:gridCol w:w="1428"/>
        <w:gridCol w:w="2449"/>
      </w:tblGrid>
      <w:tr>
        <w:tc>
          <w:tcPr>
            <w:tcW w:type="dxa" w:w="510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Profesia / firma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Počet</w:t>
            </w:r>
          </w:p>
        </w:tc>
        <w:tc>
          <w:tcPr>
            <w:tcW w:type="dxa" w:w="142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Hodiny</w:t>
            </w:r>
          </w:p>
        </w:tc>
        <w:tc>
          <w:tcPr>
            <w:tcW w:type="dxa" w:w="244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2. STROJE A MECHANIZMY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5103"/>
        <w:gridCol w:w="1224"/>
        <w:gridCol w:w="1428"/>
        <w:gridCol w:w="2449"/>
      </w:tblGrid>
      <w:tr>
        <w:tc>
          <w:tcPr>
            <w:tcW w:type="dxa" w:w="510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Stroj / mechanizmus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Počet</w:t>
            </w:r>
          </w:p>
        </w:tc>
        <w:tc>
          <w:tcPr>
            <w:tcW w:type="dxa" w:w="142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Hodiny</w:t>
            </w:r>
          </w:p>
        </w:tc>
        <w:tc>
          <w:tcPr>
            <w:tcW w:type="dxa" w:w="2449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  <w:tr>
        <w:trPr>
          <w:trHeight w:val="340"/>
        </w:trPr>
        <w:tc>
          <w:tcPr>
            <w:tcW w:type="dxa" w:w="5102"/>
          </w:tcPr>
          <w:p/>
        </w:tc>
        <w:tc>
          <w:tcPr>
            <w:tcW w:type="dxa" w:w="1225"/>
          </w:tcPr>
          <w:p/>
        </w:tc>
        <w:tc>
          <w:tcPr>
            <w:tcW w:type="dxa" w:w="1429"/>
          </w:tcPr>
          <w:p/>
        </w:tc>
        <w:tc>
          <w:tcPr>
            <w:tcW w:type="dxa" w:w="244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3. VYKONANÉ PRÁCE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4. DODANÝ MATERIÁL (ČÍSLO DODACIEHO LISTU)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5. KONTROLY, SKÚŠKY, ZMENY A POKYNY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6. ZÁPIS STAVEBNÉHO DOZORU / OBJEDNÁVATEĽA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Zapísal: stavbyvedúci (meno,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Stavebný dozor / objednávateľ (meno, podpis)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